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Informationen für Ihre Holzbau-Anfrage in Essen</w:t>
      </w:r>
    </w:p>
    <w:p>
      <w:r>
        <w:t>Holzbau umfasst ein breites Spektrum an Konstruktionen und Leistungen. Von der Erneuerung eines Dachstuhls bis zur Gestaltung von Fassaden und Außenbereichen bietet Holz als Baustoff vielfältige Möglichkeiten. Dieser Leitfaden erklärt grundlegende Zusammenhänge, die bei der Planung eines Holzbauprojekts hilfreich sind.</w:t>
      </w:r>
    </w:p>
    <w:p>
      <w:pPr>
        <w:pStyle w:val="Heading1"/>
      </w:pPr>
      <w:r>
        <w:t>Holz als Baustoff im Überblick</w:t>
      </w:r>
    </w:p>
    <w:p>
      <w:r>
        <w:t>Holz ist ein natürlicher Baustoff mit spezifischen Eigenschaften, die bei Planung und Ausführung berücksichtigt werden. Die Tragfähigkeit hängt von der Holzart, der Qualität und der konstruktiven Ausbildung ab. Der Feuchtigkeitsgehalt beeinflusst Formstabilität und Dauerhaftigkeit. Bei fachgerechter Planung und Ausführung bieten Holzkonstruktionen eine lange Lebensdauer. Die Wahl des Materials richtet sich nach der jeweiligen Konstruktion, der Beanspruchung und den gestalterischen Anforderungen.</w:t>
      </w:r>
    </w:p>
    <w:p>
      <w:pPr>
        <w:pStyle w:val="Heading1"/>
      </w:pPr>
      <w:r>
        <w:t>Unterschied zwischen Neubau und Bestandsarbeit</w:t>
      </w:r>
    </w:p>
    <w:p>
      <w:r>
        <w:t>Neue Holzkonstruktionen werden nach aktuellen Anforderungen geplant. Dabei werden Dachform, Spannweiten und gewünschte Nutzung als Grundlage herangezogen. Änderungen am Tragwerk erfordern eine entsprechend abgestimmte Planung. Bei Bestandsgebäuden steht zunächst die Bestandsaufnahme an. Bekannte Schäden, vorhandene Pläne und frühere Reparaturen helfen, den Zustand einzuschätzen. Die Ursache von Problemen wie Feuchtespuren muss untersucht werden, nicht nur die sichtbare Oberfläche. Aus dieser Analyse ergibt sich der konkrete Handlungsbedarf.</w:t>
      </w:r>
    </w:p>
    <w:p>
      <w:pPr>
        <w:pStyle w:val="Heading1"/>
      </w:pPr>
      <w:r>
        <w:t>Typische Leistungsbereiche des Holzbaus</w:t>
      </w:r>
    </w:p>
    <w:p>
      <w:r>
        <w:t>Holzbau lässt sich in mehrere Bereiche gliedern. Zu den klassischen Leistungen gehören Dachstühle und Dachsanierungen, bei denen Tragwerk, Eindeckung und Dämmung aufeinander abgestimmt werden. Holzrahmenbau, Anbauten und Aufstockungen schaffen zusätzlichen Wohnraum oder erweitern bestehende Gebäude. Außenbereiche wie Terrassen, Balkone und Carports ergänzen das Angebot. Darüber hinaus zählen Holzfassaden und Fachwerksanierungen zum Leistungsspektrum, wobei hier oft der Erhalt vorhandener Bausubstanz im Vordergrund steht.</w:t>
      </w:r>
    </w:p>
    <w:p>
      <w:pPr>
        <w:pStyle w:val="Heading1"/>
      </w:pPr>
      <w:r>
        <w:t>Planung und Abstimmung im Vorfeld</w:t>
      </w:r>
    </w:p>
    <w:p>
      <w:r>
        <w:t>Jedes Holzbauprojekt beginnt mit einer klaren Beschreibung des Vorhabens. Der Anlass für die Maßnahme und das angestrebte Ziel sollten getrennt formuliert werden. Eine sichtbare Feuchtestelle, ein geplanter Dachausbau oder der Wunsch nach einer veränderten Optik führen zu unterschiedlichen Herangehensweisen. Vorhandene Unterlagen wie Grundrisse, Schnitte und frühere Genehmigungen unterstützen die Planung. Fehlende Bauakten können bei der zuständigen Stelle angefordert werden. Eine unvollständige, aber ehrliche Sammlung ist hilfreicher als eine vermeintlich vollständige Darstellung mit Unsicherheiten.</w:t>
      </w:r>
    </w:p>
    <w:p>
      <w:pPr>
        <w:pStyle w:val="Heading1"/>
      </w:pPr>
      <w:r>
        <w:t>Wann ein Fachbetrieb sinnvoll ist</w:t>
      </w:r>
    </w:p>
    <w:p>
      <w:r>
        <w:t>Holzbauarbeiten erfordern Fachwissen bei Statik, Konstruktion und Ausführung. Bei Eingriffen ins Tragwerk, Änderungen an der Dachstruktur oder Arbeiten an geschützten Gebäuden ist professionelle Planung unerlässlich. Auch bei Feuchteschäden, sichtbaren Verformungen oder Undichtigkeiten hilft eine fachliche Einschätzung, die tatsächliche Ursache zu finden. Eine frühzeitige Einbindung spart Zeit und vermeidet Kosten durch nachträgliche Korrekturen. Die Abstimmung mit weiteren Gewerken wie Dachdeckern, Installateuren oder Energieberatern gehört zur ganzheitlichen Planung.</w:t>
      </w:r>
    </w:p>
    <w:p>
      <w:pPr>
        <w:pStyle w:val="Heading1"/>
      </w:pPr>
      <w:r>
        <w:t>Vorbereitung einer Projektanfrage</w:t>
      </w:r>
    </w:p>
    <w:p>
      <w:r>
        <w:t>Eine aussagekräftige Anfrage enthält grundlegende Angaben zum Standort, zur gewünschten Leistung und zum vorhandenen Planungsstand. Ort und ungefähre Maße helfen bei der ersten Einordnung. Wenn Pläne oder Fotos vorhanden sind, sollten diese beigefügt werden, ohne vertrauliche Unterlagen zu senden. Die Trennung von Beobachtungen und tatsächlichen Schäden ist wichtig. Wer unsicher ist, welche Unterlagen benötigt werden, kann dies im Vorfeld klären. Eine konkrete Beschreibung erleichtert die Einschätzung des Umfangs.</w:t>
      </w:r>
    </w:p>
    <w:p>
      <w:pPr>
        <w:pStyle w:val="Heading1"/>
      </w:pPr>
      <w:r>
        <w:t>Planungswissen und Anfrage</w:t>
      </w:r>
    </w:p>
    <w:p>
      <w:hyperlink r:id="rId9">
        <w:r>
          <w:rPr>
            <w:color w:val="087E75"/>
          </w:rPr>
          <w:t>Holzbau Essen: Leistungen &amp; Projektanfrage | 1A Holzbau Essen</w:t>
        </w:r>
      </w:hyperlink>
    </w:p>
    <w:p>
      <w:hyperlink r:id="rId10">
        <w:r>
          <w:rPr>
            <w:color w:val="087E75"/>
          </w:rPr>
          <w:t>Holzbau in Essen: Wann lohnt sich der Bau mit Holz und welche Möglichkeiten gibt 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holzbauessen.online/index.html" TargetMode="External"/><Relationship Id="rId10" Type="http://schemas.openxmlformats.org/officeDocument/2006/relationships/hyperlink" Target="https://azure.1a-holzbauessen.online/paket-8baf0863b92c488886ee4b2d4c873dfa/holzbau-in-essen-wann-lohnt-sich-der-bau-mit-holz-und-welche-m-glichke-3685277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